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שימושיים מחיי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חופשית קצרה בעברית על נושאים מהחיים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להרגיש בטוחים יותר בהתנהלות מול מוסדות ושירותים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חולים, רב-קו ועבודה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למגן דוד אדום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אוטובוס, רכבת ורכבת 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חולים, רב-קו ועבודה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רופא המשפחה בקופה מכיר את התושב ואת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מרקחת, לא בבנק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חולים, רב-קו ועבודה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הצעדים הראשונים: קופת חולים, רב-קו ועבודה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 101 למקרה חירום)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לאוטובוס, רכבת ורכבת קלה)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 בה רופא משפחה שמכיר אתכם)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(עוזרים לעולים חדשים למצוא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בעברית: סופר, מכולת ושוק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קילו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בקול רם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בעברית: סופר, מכולת ושוק –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1+1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אשראי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קונים בעברית: סופר, מכולת ושוק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לשכוח מוצרים ולקנות רק מה שצריך.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הסופר גדול ויש בו הרבה מוצרים; המכולת קטנה ונמצאת בשכונה, טובה לקניות מהירות.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קונה: כמה עולה קילו עגבניות? מוכר: עשרה שקלים. קונה: אני רוצה קילו, בבקשה.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הסימן מראה שהאוכל כשר, וזה חשוב לאנשים ששומרים כשרות.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חגים ומועדים בישראל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פרשת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בוחרים כנסת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האורים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חגים ומועדים בישראל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הכנסת קבעה את יום העלייה בשנת 2016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ומבוגרים לובשים תחפושות בחג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חגים ומועדים בישראל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חגים ומועדים בישראל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(קוראים אותה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(תהלוכה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(חבילה קטנה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תרבות ופנאי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אוהדים הולכים למשחקים באצטדיון, רואים משחקים בטלוויזיה ושרים ומעודדים את הקבוצה.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מתקני הכושר בפארקים הם בחינם.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בספרייה יש ספרים בהרבה שפות, וגם ספרים בעברית קלה.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שביל ישראל הוא מסלול טיול ארוך שעובר מצפון לדרום.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כרטיס קורא נדרש כדי לקחת ספרים הביתה, ובהרבה ספריות הוא בחינם או זול.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תרבות ופנאי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תרבות ופנאי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לרוץ, ללכת, לרכוב על אופניים, להתאמן במתקני כושר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לקחת ספרים בחינם או בזול, יש ספרים בהרבה שפות ויש מקום שקט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חופשית; כדאי להזכיר טבע, גנים לאומיים ושמורות 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יחד בישראל: סובלנות ושכנים – הבנה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ארגון בינלאומי לחינוך, מדע ותרבות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כבוד לאנשים ששונים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יחד בישראל: סובלנות ושכנים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בכתבה: בשנת 1995 אונסק״ו החליטה על היום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גרים אנשים מכל העולם, עם שפות ומנהגים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יחד בישראל: סובלנות ושכנים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יחד בישראל: סובלנות ושכנים – טיפים לשכנים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(במדרגות)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(ומקשיבים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(בשפה של השכן)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(מנהגים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אוטובוס, רכבת ורכבת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יום אחרי כולם - שושן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16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אחד מהנושאים: בחירת קופת חולים, שימוש ברב-קו, או חיפוש עבודה, עם פרטים אישיים.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אחד מהמקומות (סופר/מכולת/שוק) עם נימוק סביר כמו מחיר, קרבה או אווירה.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המתארת שכן/שכנה ממקום אחר, דבר שנלמד מהם, וקשר לרעיון של כבוד לשונה.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ברור: קביעת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לפחות הבדל אחד נכון בין שלושת המקומות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שתי מילים חדשות מהפרק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ולבקש מהתלמידים לחזור על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יותר אפשר להוסיף שאלות פתוחות על הטקסט, ולמתחילים להסתפק בשאלות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(שיחה בזוגות) לצד הכתיבה, כדי לחזק ביטחון בדיבור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בַּחוֹבֶרֶת הַזֹּאת יֵשׁ חֲמִשָּׁה פְּרָקִים. בְּכָל פֶּרֶק יֵשׁ מִלִּים חֲדָשׁוֹת וְשׁאֵלוֹת. עוֹבְדִים לְאַט וְקוֹרְאִים שׁוּב אִם צָרִיךְ.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מקבלים טיפול רפואי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לנסיעה באוטובוס וברכבת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גדולה לקניית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קטנה בשכונה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פתוח למכירת פירות וירקות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לאנשים ששונים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קורות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שמספר מה למדתם ואיפה עבדתם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מיוחדים שלובשים בפורים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ספרייה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שואלים ספרים בחינם או בזול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הצעדים הראשונים: קופת חולים, רב-קו ועבודה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בבית המרקחת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מתקשרים בחירום?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–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מתאים כרטיס רב-קו?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אוטובוס, רכבת ורכבת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הצעדים הראשונים: קופת חולים, רב-קו ועבודה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בקופת החולים יש רופא משפחה שמכיר אתכם ואת המשפחה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לקנות תרופות הולכים לבנק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הצעדים הראשונים: קופת חולים, רב-קו ועבודה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כל תושב בוחר __________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לכתוב דף __________ חיים קצר בעברית לפני חיפוש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הצעדים הראשונים: קופת חולים, רב-קו ועבודה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מגן דוד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עוזרים לעולים חדשים למצוא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101 למקרה חירום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לאוטובוס, רכבת ורכבת 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יועצי 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בה רופא משפחה שמכיר אתכם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קונים בעברית: סופר, מכולת ושוק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קונים הכי הרבה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המקום הקטן בשכונה שקונים בו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בשוק עם האוכל?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שוקלים פירות וירקות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קילו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חבילה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המוכרים בשוק מדברים אל הקונים?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קונים בעברית: סופר, מכולת ושוק –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הקניות כדאי לכתוב __________, כדי לא לשכוח כלום.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בסופר יש לפעמים מבצע כמו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שאומר שהאוכל כשר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לשלם בקופה במזומן או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קונים בעברית: סופר, מכולת ושוק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אנשים כותבים רשימת קניות לפני שהולכים לסופר?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מכולת לסופר?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שאתם בשוק. כתבו שיחה קצרה בין קונה למוכר.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הסימן של הכשר על מוצרי מזון? הסבירו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חגים ומועדים בישראל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חוגגים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הפרשה שקוראים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פרשת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פרשת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באותו יום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כינוי נוסף לחג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הביכורים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הקציר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חגים ומועדים בישראל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קבעה את יום העלייה בשנת 1995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לובשים תחפושות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חגים ומועדים בישראל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את __________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חבילה קטנה עם אוכל וממתקים שנותנים בפורים נקראת משלוח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הוא יום של געגועים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חגים ומועדים בישראל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תחפושות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תהלוכה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מגילת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לובשים בפורים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עדלאידע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חבילה קטנה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 אותה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ספורט, תרבות ופנאי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כדורגל וכדורסל הם ספורט אהוב מאוד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 הכושר בפארקים עולים הרבה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הציבורית יש ספרים רק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בכל הארץ, מצפון לדרום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לקחת ספר מהספרייה הביתה צריך כרטיס 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ספורט, תרבות ופנאי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רבים אוהבים לרכוב על אופניים __________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בפארקים יש __________ כושר, והם בחינם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לקחת ספר מהספרייה הביתה צריך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שביל ישראל אורך בערך __________ קילומטר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ספורט, תרבות ופנאי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שאפשר לעשות בטיילת ליד הים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ללכת לספרייה הציבורית? כתבו 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טיול קצר בשביל ישראל: לאן הייתם הולכים ומה הייתם רואים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יחד בישראל: סובלנות ושכנים – הבנה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אונסק״ו?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בינלאומי לחינוך, מדע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 תעופה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הפירוש של 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לגור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שפה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המשל 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לפסיפס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יחד בישראל: סובלנות ושכנים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אונסק״ו החליטה על יום הסובלנות בשנת 1995.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גרים אנשים רק ממדינה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יחד בישראל: סובלנות ושכנים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סובלנות זה __________ לאנשים ששונים מאיתנו.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כמו __________: הרבה חתיכות קטנות, וביחד - תמונה 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יחד בישראל: סובלנות ושכנים – טיפים לשכנים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אומרים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בשפה של השכן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לומדים מילה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במדרגות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מכבדים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ומקשיבים לתשובה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רב-קו נוסעים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אוטובוס, רכבת ורכבת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פורים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כמו כל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אחרי כולם - שושן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צריך לקחת ספר מהספרייה?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מתי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במרץ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הצעד הראשון שלכם בישראל - קופת חולים, רב-קו או חיפוש עבודה? איך זה היה?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אתם אוהבים לקנות אוכל - בסופר, במכולת או בשוק? כתבו 2-3 משפטים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על שכן או שכנה מארץ אחרת. מה למדתם מהם? איך זה קשור ליום הסובלנות?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עושים כשצריך תור לרופא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את ההבדל בין סופר, מכולת ושוק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משפטים קצרים על חג או אירוע מהחוברת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בקלות: חיים חדשים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