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בקלות: חיים חדשים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ומושגים שימושיים מחיי היומיום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בעברית קלה ולענות על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חופשית קצרה בעברית על נושאים מהחיים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להרגיש בטוחים יותר בהתנהלות מול מוסדות ושירותים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הצעדים הראשונים: קופת חולים, רב-קו ועבודה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באפליקציה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למגן דוד אדום –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הצעדים הראשונים: קופת חולים, רב-קו ועבודה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רופא המשפחה בקופה מכיר את התושב ואת בני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תרופות קונים בבית מרקחת, לא בבנק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הצעדים הראשונים: קופת חולים, רב-קו ועבודה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הצעדים הראשונים: קופת חולים, רב-קו ועבודה – 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קונים בעברית: סופר, מכולת ושוק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חנות קטנה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לטעום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קונים בעברית: סופר, מכולת ושוק – מילים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1+1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קונים בעברית: סופר, מכולת ושוק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לא לשכוח מוצרים ולקנות רק מה שצריך.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חגים ומועדים בישראל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פרשת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בוחרים כנסת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חגים ומועדים בישראל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הכנסת קבעה את יום העלייה בשנת 2016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ילדים ומבוגרים לובשים תחפושות בחג 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חגים ומועדים בישראל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חגים ומועדים בישראל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(לובשים בפורים)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(קוראים אותה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(תהלוכה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(חבילה קטנה לחברים)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ספורט, תרבות ופנאי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אוהדים הולכים למשחקים באצטדיון, רואים משחקים בטלוויזיה ושרים ומעודדים את הקבוצה.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בספרייה יש ספרים בהרבה שפות, וגם ספרים בעברית קלה.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ספורט, תרבות ופנאי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ספורט, תרבות ופנאי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לרוץ, ללכת, לרכוב על אופניים, להתאמן במתקני כושר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יחד בישראל: סובלנות ושכנים – הבנה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ארגון בינלאומי לחינוך, מדע ותרבות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כבוד לאנשים ששונים מאיתנו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יחד בישראל: סובלנות ושכנים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בכתבה: בשנת 1995 אונסק״ו החליטה על היום הזה.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בישראל גרים אנשים מכל העולם, עם שפות ומנהגים שונים.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יחד בישראל: סובלנות ושכנים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יחד בישראל: סובלנות ושכנים – טיפים לשכנים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(במדרגות)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(ומקשיבים לתשובה)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(בשפה של השכן)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(מנהגים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אוטובוס, רכבת ורכבת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חנות קטנה בשכונה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אחד מהנושאים: בחירת קופת חולים, שימוש ברב-קו, או חיפוש עבודה, עם פרטים אישיים.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המזכירה אחד מהמקומות (סופר/מכולת/שוק) עם נימוק סביר כמו מחיר, קרבה או אווירה.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שלב ברור: קביעת תור באפליקציה או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לפחות הבדל אחד נכון בין שלושת המקומות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כוללים לפחות שתי מילים חדשות מהפרק הרלוונטי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ולחזור על אוצר המילים בתחילת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ולבקש מהתלמידים לחזור על 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יותר אפשר להוסיף שאלות פתוחות על הטקסט, ולמתחילים להסתפק בשאלות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תרגול בעל פה (שיחה בזוגות) לצד הכתיבה, כדי לחזק ביטחון בדיבור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בקלות: חיים חדשים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תמצאו חמישה פרקים על נושאים מהחיים בישראל. בכל פרק יש מילים חדשות, שאלות הבנה ומשימת כתיבה קצרה. אפשר לעבוד לבד או בקבוצה, ולחזור לכל פרק כמה פעמים.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מגילת  ·  ליד  ·  מתקני  ·  קופת  ·  מנות  ·  מרקחת  ·  כבוד  ·  1+1  ·  רשימה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הצעדים הראשונים: קופת חולים, רב-קו ועבודה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קובעים תור לרופא בקופת החולים?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בבית המרקחת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למי מתקשרים במקרה חירום רפואי?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למגן דוד אדום –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הצעדים הראשונים: קופת חולים, רב-קו ועבודה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בקופת החולים יש רופא משפחה שמכיר אתכם ואת המשפחה 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לקנות תרופות הולכים לבנק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הצעדים הראשונים: קופת חולים, רב-קו ועבודה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בישראל כל תושב בוחר __________ חולים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את התרופות קונים בבית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הצעדים הראשונים: קופת חולים, רב-קו ועבודה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קונים בעברית: סופר, מכולת ושוק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יש הרבה מוצרים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זאת מכולת?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חנות קטנה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שוק גדול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מסעדה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אפשר לעשות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לטעום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קונים בעברית: סופר, מכולת ושוק – מילים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הקניות כדאי לכתוב __________, כדי לא לשכוח כלום.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בסופר יש לפעמים מבצע כמו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קונים בעברית: סופר, מכולת ושוק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אחד: למה אנשים כותבים רשימת קניות לפני שהולכים לסופר?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חגים ומועדים בישראל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חוגגים את יום העלייה בבתי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פרשה קוראים בשבוע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פרשת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פרשת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פרשת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בוחרים כנסת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מדליקים נר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לובשים תחפושות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חגים ומועדים בישראל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הכנסת קבעה את יום העלייה בשנת 1995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בפורים לובשים תחפושות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חגים ומועדים בישראל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בפורים קוראים את __________ אסתר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חבילה קטנה עם אוכל וממתקים שנותנים בפורים נקראת משלוח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חגים ומועדים בישראל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תחפושות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קוראים אותה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מגילת אסתר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תהלוכה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עדלאידע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חבילה קטנה לחברים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משלוח 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לובשים בפורים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ספורט, תרבות ופנאי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כדורגל וכדורסל הם ספורט אהוב מאוד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בספרייה הציבורית יש ספרים רק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ספורט, תרבות ופנאי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אנשים רבים אוהבים לרכוב על אופניים __________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בפארקים יש __________ כושר, והם בחינם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ספורט, תרבות ופנאי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דברים שאפשר לעשות בטיילת ליד הים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יחד בישראל: סובלנות ושכנים – הבנה והיכרות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חוגגים את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אונסק״ו?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בנק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ארגון בינלאומי לחינוך, מדע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ספר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זאת סובלנות,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כבוד לאנשים ששונים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לגור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יחד בישראל: סובלנות ושכנים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אונסק״ו החליטה על יום הסובלנות בשנת 1995.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בישראל גרים אנשים רק ממדינה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יחד בישראל: סובלנות ושכנים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סובלנות זה __________ לאנשים ששונים מאיתנו.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יחד בישראל: סובלנות ושכנים – טיפים לשכנים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אומרים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מנהגים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שואלים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בשפה של השכן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לומדים מילה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ומקשיבים לתשובה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מכבדים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במדרגות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אמריקאיות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כרטיס רב-קו אפשר לנסוע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אוטובוס, רכבת ורכבת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זאת מכולת?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חנות קטנה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שוק גדול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מסעדה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משפטים: מה הצעד הראשון שלכם בישראל - קופת חולים, רב-קו או חיפוש עבודה? איך זה היה?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אתם אוהבים לקנות אוכל - בסופר, במכולת או בשוק? כתבו 2-3 משפטים ונמקו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 עושים כשצריך תור לרופא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את ההבדל בין סופר, מכולת ושוק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בקלות: חיים חדשים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